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- מערכת הצורות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שורש, בניין, גזרה ומשקל במילים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 תצורה שונות (גזירה, הלחם, ראשי תיבות)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להתמודד עם שאלות בסגנון בחינת הבגרות על שם המספר ונטייה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גזרת חסרי פ״נ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הופעל הוא הבניין הסביל של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גזרת ל״ה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לעיתים יש היפוך מין, למשל 'שלושה ילדים' מול 'שלוש בנות'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נוצרים ראשי תיבות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ע"ו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(האותיות הבסיסיות הנושאות את המשמעות המרכזית של המילה)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(התבנית הקבועה שבה נוטה הפועל ומבטאת משמעות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פעלים המתנהגת לפי סוג האותיות בשורש)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(התבנית הקבועה של שמות עצם ותארים)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(יצירת מילה חדשה מחיבור חלקים משתי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(מילה המציינת מקום ברצף, כמו 'ראשון')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האותיות הנושאות משמעות, משקל הוא תבנית התנועות וההברות; למשל השורש כ.ת.ב במשקל מִפְעָל נותן 'מכתב'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שורש נכון, משקל/בניין מתאים וגזרה נכונה אם רלוונטי,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שורש, בניין, גזרה, משקל ודרכי תצורה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'מדרחוב' או 'רמזור'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מונה מציין כמות, סודר מציין מקום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אחת מהעיתון ולפרק אותה יחד עם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גזרה (סוג שורש בפועל) למשקל (תבנית בשם)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- מערכת הצורות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חלקים של מילה בעברית: שורש, בניין, גזרה, משקל ושם מספר. זה עוזר להבין איך בונים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שנושאות את המשמעות המרכזית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הקבועה שבה נוטה הפועל ומבטאת סוג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פעלים המתנהגת לפי סוג האותיות שבשורש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הקבועה של שמות עצם ותארים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דרכי תצורה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הדרכים שבהן נוצרות מילים חדשות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מילה חדשה מחיבור חלקים משתי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המציינת כמות (מונה) או מיקום ברצף (סודר)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בניינים יש לפועל?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גזרה האות הראשונה היא נ׳?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גזרת 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גזרת חסרי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גזרת חסרי ל״ה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גזרת הכפולים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נוצרת המילה 'מדרחוב'?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ראשי תיבות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נטייה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המספר שמציין מקום ברצף?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'התכתבות'?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התכ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הופעל הפועל נמצא תמיד בצורה סבילה.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גזרת נל״ה כוללת פעלים שהאות האחרונה בשורש היא ה׳.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הוא התבנית הקבועה של תנועות ועיצורים שחוזרת במילים מאותה 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מספר מונה מתאים במין לשם העצם שאחריו באותו אופן כמו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היא דרך תצורה שבה לוקחים את האות הראשונה מכל מילה בצירוף.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'מתרגש'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בניין __________ הוא הבניין הפעיל-גורם, כמו במילה 'הרכיב'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גזרת __________ כוללת פעלים שבהם יש אות ו׳ או י׳ באמצע השורש, כמו 'קם'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דרך התצורה שבה נוצרת מילה חדשה על ידי הוספת תחיליות וסופיות לשורש קיים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'עשרים' היא שם 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התבנית הקבועה שבה נוטה הפועל ומבטאת משמעות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יצירת מילה חדשה מחיבור חלקים משתי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התבנית הקבועה של שמות עצם ותארים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פעלים המתנהגת לפי סוג האותיות בשורש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המציינת מקום ברצף, כמו 'ראשון'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שם מספר 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האותיות הבסיסיות הנושאות את המשמעות המרכזית של המילה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מהו ההבדל בין שורש למשקל, ותנו דוגמה אחת להמחשה.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מתוך טקסט שקראתם לאחרונה. פרקו אותה לשורש ולמשקל או לבניין, וציינו גם את הגזרה אם מדובר בפועל.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המרכיבים העיקריים של מערכת הצורות?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שנוצרה בדרך של הלחם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שם מספר מונה לשם 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- מערכת הצורות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